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B3B47"/>
          <w:sz w:val="40"/>
          <w:rtl w:val="1"/>
          <w:szCs w:val="40"/>
          <w:bCs/>
        </w:rPr>
        <w:t>🎒 בוחרים יחד, נשארים יחד</w:t>
      </w:r>
    </w:p>
    <w:p>
      <w:pPr>
        <w:bidi w:val="1"/>
        <w:jc w:val="right"/>
      </w:pPr>
      <w:r>
        <w:rPr>
          <w:rFonts w:ascii="Arial" w:hAnsi="Arial" w:cs="Arial"/>
          <w:b/>
          <w:color w:val="B45309"/>
          <w:sz w:val="22"/>
          <w:rtl w:val="1"/>
          <w:szCs w:val="22"/>
          <w:bCs/>
        </w:rPr>
        <w:t>רמה: יסודי וחנ״מ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שם: ____________________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1. איך אני מרגיש/ה היום? הקיפו</w:t>
      </w:r>
    </w:p>
    <w:p>
      <w:pPr>
        <w:bidi w:val="1"/>
        <w:jc w:val="right"/>
      </w:pPr>
      <w:r>
        <w:rPr>
          <w:rFonts w:ascii="Arial" w:hAnsi="Arial" w:cs="Arial"/>
          <w:b w:val="0"/>
          <w:sz w:val="32"/>
          <w:rtl w:val="1"/>
          <w:szCs w:val="32"/>
        </w:rPr>
        <w:t>☀️ שמח/ה    ⛅ בסדר    🌧️ עצוב/ה    ⛈️ כועס/ת    🌈 מלא/ת תקווה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2. הכיתה בחרה משחק. 6 ילדים בחרו ⚽ ו־4 ילדים בחרו 🏀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1. מה בחר הרוב? 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2. מה יעשו הילדים שבחרו אחרת? 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3. מה אפשר לעשות בפעם הבאה? 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3. מתחו קו: המילה והתמונה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המילה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התמונה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כנסת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בחירות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🕊️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יחד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🏛️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שלום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🗳️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12"/>
          <w:rtl w:val="1"/>
          <w:szCs w:val="12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4. ציירו בריבוע משהו שאתם אוהבים בכיתה או בארץ שלנו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5. אני יכול/ה להירגע: ✋ עוצר · 💪 אגרופים · 🎈 נשימה · 💬 ״אני בסדר״ · ➡️ ממשיך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סמנו ✓ אחרי שתרגלתם:  ☐ ☐ ☐</w:t>
      </w:r>
    </w:p>
    <w:p>
      <w:pPr>
        <w:bidi w:val="1"/>
        <w:jc w:val="right"/>
      </w:pPr>
      <w:r>
        <w:rPr>
          <w:rFonts w:ascii="Arial" w:hAnsi="Arial" w:cs="Arial"/>
          <w:b w:val="0"/>
          <w:color w:val="475569"/>
          <w:sz w:val="20"/>
          <w:rtl w:val="1"/>
          <w:szCs w:val="20"/>
        </w:rPr>
        <w:t>יצרה: רוית ראש בן ישי · אחרי הבחירות – עם אחד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