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B3B47"/>
          <w:sz w:val="40"/>
          <w:rtl w:val="1"/>
          <w:szCs w:val="40"/>
          <w:bCs/>
        </w:rPr>
        <w:t>🟢 מִלִּים שֶׁל דֵּמוֹקְרַטְיָה</w:t>
      </w:r>
    </w:p>
    <w:p>
      <w:pPr>
        <w:bidi w:val="1"/>
        <w:jc w:val="right"/>
      </w:pPr>
      <w:r>
        <w:rPr>
          <w:rFonts w:ascii="Arial" w:hAnsi="Arial" w:cs="Arial"/>
          <w:b/>
          <w:color w:val="B45309"/>
          <w:sz w:val="22"/>
          <w:rtl w:val="1"/>
          <w:szCs w:val="22"/>
          <w:bCs/>
        </w:rPr>
        <w:t>רמה: עוֹלִים – עִבְרִית קַלָּה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שם: ____________________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א. קִרְאוּ אֶת הַמִּלִּים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הַמִּלָּה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מָה זֶה?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🗳️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בְּחִירוֹת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בּוֹחֲרִים מִי יִהְיֶה בַּכְּנֶסֶת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📦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קַלְפִּי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שָׁם מַצְבִּיעִים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🏛️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כְּנֶסֶת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120 חֲבֵרִים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🗓️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מֶמְשָׁלָה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מְנַהֶלֶת אֶת הַמְּדִינָה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✋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רֹב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יוֹתֵר מֵחֲצִי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קוֹאָלִיצְיָה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יַחַד בַּמֶּמְשָׁלָה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🔍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אוֹפּוֹזִיצְיָה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לֹא בַּמֶּמְשָׁלָה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ב. הַשְׁלִימוּ: כְּנֶסֶת / רֹב / מֶמְשָׁלָה / קַלְפִּי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מַצְבִּיעִים בַּ________.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בַּ________ יֵשׁ 120 חֲבֵרִים.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הַ________ מְנַהֶלֶת אֶת הַמְּדִינָה.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4. יוֹתֵר מֵחֲצִי זֶה ________.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ג. מִשְׁפָּטִים לְשִׂיחָה טוֹבָה – קִרְאוּ בְּזוּגוֹת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אֲנִי חוֹשֵׁב / חוֹשֶׁבֶת שֶׁ…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אֲנִי שׁוֹמֵעַ / שׁוֹמַעַת אוֹתְךָ.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אֲנִי לֹא מַסְכִּים / מַסְכִּימָה, אֲבָל אֲנִי מְכַבֵּד / מְכַבֶּדֶת.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ד. בַּמְּדִינָה שֶׁלִּי… / בְּיִשְׂרָאֵל…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בַּמְּדִינָה שֶׁבָּאתִי מִמֶּנָּה 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בְּיִשְׂרָאֵל 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7C2D12"/>
          <w:sz w:val="27"/>
          <w:rtl w:val="1"/>
          <w:szCs w:val="27"/>
          <w:bCs/>
        </w:rPr>
        <w:t>״אֲנַחְנוּ עַם אֶחָד.״ – מִתּוֹךְ הַשִּׁיר ״עַם אֶחָד״, אַהֲרֹן בַּס</w:t>
      </w:r>
    </w:p>
    <w:p>
      <w:pPr>
        <w:bidi w:val="1"/>
        <w:jc w:val="right"/>
      </w:pPr>
      <w:r>
        <w:rPr>
          <w:rFonts w:ascii="Arial" w:hAnsi="Arial" w:cs="Arial"/>
          <w:b w:val="0"/>
          <w:color w:val="475569"/>
          <w:sz w:val="20"/>
          <w:rtl w:val="1"/>
          <w:szCs w:val="20"/>
        </w:rPr>
        <w:t>יצרה: רוית ראש בן ישי · אחרי הבחירות – עם אחד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