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0B3B47"/>
          <w:sz w:val="40"/>
          <w:rtl w:val="1"/>
          <w:szCs w:val="40"/>
          <w:bCs/>
        </w:rPr>
        <w:t>🏛️ הדמוקרטיה ממשיכה – מושגים ושלבים</w:t>
      </w:r>
    </w:p>
    <w:p>
      <w:pPr>
        <w:bidi w:val="1"/>
        <w:jc w:val="right"/>
      </w:pPr>
      <w:r>
        <w:rPr>
          <w:rFonts w:ascii="Arial" w:hAnsi="Arial" w:cs="Arial"/>
          <w:b/>
          <w:color w:val="B45309"/>
          <w:sz w:val="22"/>
          <w:rtl w:val="1"/>
          <w:szCs w:val="22"/>
          <w:bCs/>
        </w:rPr>
        <w:t>רמה: חט״ב–חט״ע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שם: ____________________   כיתה: ______   תאריך: 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היום שאחרי הבחירות הוא תחילתו של תהליך מסודר. בדף הזה נכיר את המושגים ואת השלבים.</w:t>
      </w:r>
    </w:p>
    <w:p>
      <w:pPr>
        <w:bidi w:val="1"/>
        <w:jc w:val="right"/>
      </w:pPr>
      <w:r>
        <w:rPr>
          <w:rFonts w:ascii="Arial" w:hAnsi="Arial" w:cs="Arial"/>
          <w:b/>
          <w:color w:val="0E7490"/>
          <w:sz w:val="27"/>
          <w:rtl w:val="1"/>
          <w:szCs w:val="27"/>
          <w:bCs/>
        </w:rPr>
        <w:t>א. התאימו מושג להסבר: כתבו את האות המתאימה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מושג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האות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ההסברים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כנסת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א. הבטחה רשמית לשמור אמונים למדינה ולחוקיה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ממשלה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ב. יותר ממחצית הקולות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קואליציה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ג. 120 נבחרי ציבור שמחוקקים חוקים ומפקחים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אופוזיציה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ד. העברת התפקיד בשלום ולפי החוק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רוב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ה. הסיעות שמרכיבות יחד את הממשלה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השבעה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ו. מנהלת את המדינה ומבצעת את החוקים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חילופי שלטון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ז. מבקרת את הממשלה ומציעה חלופות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sz w:val="12"/>
          <w:rtl w:val="1"/>
          <w:szCs w:val="12"/>
        </w:rPr>
        <w:t xml:space="preserve"> </w:t>
      </w:r>
    </w:p>
    <w:p>
      <w:pPr>
        <w:bidi w:val="1"/>
        <w:jc w:val="right"/>
      </w:pPr>
      <w:r>
        <w:rPr>
          <w:rFonts w:ascii="Arial" w:hAnsi="Arial" w:cs="Arial"/>
          <w:b/>
          <w:color w:val="0E7490"/>
          <w:sz w:val="27"/>
          <w:rtl w:val="1"/>
          <w:szCs w:val="27"/>
          <w:bCs/>
        </w:rPr>
        <w:t>ב. מספרו את השלבים לפי הסדר (1–8)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מס׳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השלב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ספירת הקולות ופרסום התוצאות הרשמיות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טקס חילופי שלטון בשלום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הממשלה מקבלת הצבעת אמון בכנסת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משא ומתן להקמת קואליציה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העבודה השוטפת: ממשלה מנהלת, אופוזיציה מפקחת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יום הבחירות: האזרחים מצביעים בקלפי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השבעת הכנסת החדשה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נשיא/ת המדינה מטיל/ה את הרכבת הממשלה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sz w:val="12"/>
          <w:rtl w:val="1"/>
          <w:szCs w:val="12"/>
        </w:rPr>
        <w:t xml:space="preserve"> </w:t>
      </w:r>
    </w:p>
    <w:p>
      <w:pPr>
        <w:bidi w:val="1"/>
        <w:jc w:val="right"/>
      </w:pPr>
      <w:r>
        <w:rPr>
          <w:rFonts w:ascii="Arial" w:hAnsi="Arial" w:cs="Arial"/>
          <w:b/>
          <w:color w:val="0E7490"/>
          <w:sz w:val="27"/>
          <w:rtl w:val="1"/>
          <w:szCs w:val="27"/>
          <w:bCs/>
        </w:rPr>
        <w:t>ג. שאלות לחשיבה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1. למה חשוב שהמפסידים בבחירות מקבלים את התוצאה?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2. מה היה קורה בלי אופוזיציה? תנו דוגמה.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3. ״דמוקרטיה = הכרעת רוב + הגנה על המיעוט״. הסבירו במילים שלכם.</w:t>
      </w:r>
    </w:p>
    <w:p>
      <w:pPr>
        <w:bidi w:val="1"/>
        <w:jc w:val="right"/>
      </w:pPr>
      <w:r>
        <w:rPr>
          <w:rFonts w:ascii="Arial" w:hAnsi="Arial" w:cs="Arial"/>
          <w:b w:val="0"/>
          <w:color w:val="94A3B8"/>
          <w:sz w:val="25"/>
          <w:rtl w:val="1"/>
          <w:szCs w:val="25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4A3B8"/>
          <w:sz w:val="25"/>
          <w:rtl w:val="1"/>
          <w:szCs w:val="25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4A3B8"/>
          <w:sz w:val="25"/>
          <w:rtl w:val="1"/>
          <w:szCs w:val="25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4A3B8"/>
          <w:sz w:val="25"/>
          <w:rtl w:val="1"/>
          <w:szCs w:val="25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4A3B8"/>
          <w:sz w:val="25"/>
          <w:rtl w:val="1"/>
          <w:szCs w:val="25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4A3B8"/>
          <w:sz w:val="25"/>
          <w:rtl w:val="1"/>
          <w:szCs w:val="25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0E7490"/>
          <w:sz w:val="27"/>
          <w:rtl w:val="1"/>
          <w:szCs w:val="27"/>
          <w:bCs/>
        </w:rPr>
        <w:t>ד. אני אזרח/ית: צעד אחד שאוכל לעשות כדי להשפיע גם בין בחירות</w:t>
      </w:r>
    </w:p>
    <w:p>
      <w:pPr>
        <w:bidi w:val="1"/>
        <w:jc w:val="right"/>
      </w:pPr>
      <w:r>
        <w:rPr>
          <w:rFonts w:ascii="Arial" w:hAnsi="Arial" w:cs="Arial"/>
          <w:b w:val="0"/>
          <w:color w:val="94A3B8"/>
          <w:sz w:val="25"/>
          <w:rtl w:val="1"/>
          <w:szCs w:val="25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4A3B8"/>
          <w:sz w:val="25"/>
          <w:rtl w:val="1"/>
          <w:szCs w:val="25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475569"/>
          <w:sz w:val="20"/>
          <w:rtl w:val="1"/>
          <w:szCs w:val="20"/>
        </w:rPr>
        <w:t>יצרה: רוית ראש בן ישי · אחרי הבחירות – עם אחד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